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הרושם הראשון וההצגה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 מראיינים מחפשים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שפת גוף מקדמת לשפת גוף מעכבת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טיוטה של הצגה עצמית בת דקה ולתרגל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לתזמן ולתת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משוב מפרגן ומשוב מקדם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ממיינים התנהגויות של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דבר אחד שישנו בהצגה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מכוונת לראיון למגמה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קשר עין יוצר רושם של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דוגמה לשפת גוף מעכבת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יוצרות רושם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שיטת STAR נלמדת בשיעור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נכתב בסוף השיעור, אחרי התרגול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טיימר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שפת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(שפת גוף מקדמת)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להשלים כרטיס דביק: ראיון זה...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ללמוד מה מראיינים מחפשים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לשחק במשחק עושים/לא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טיוטת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לתרגל בזוגות עם טיימר ולקבל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למלא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שם, תחום עניין וחוזקה אחת ברורה,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שני מאפיינים שמראיינים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נכון בין מקדם למעכב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שיפור קונקרטי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משחק המיון במסך ולבקש מתלמיד להדגים בגוף כל התנהגות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לסבב בזמן הכתיבה ולעזור לבחור דוגמה אחת שמראה חוזקה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מומלץ להשתמש בארבעת המשפטים הפשוטים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הרושם הראשון וההצגה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מהו ראיון, איך שפת גוף משפיעה על הרושם הראשון, ומתרגלים לכתוב ולהציג הצגה עצמית קצרה.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אורכת ההצגה העצמית שמתרגלים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של בן או בת הזוג בתרגול בזוגות?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לתזמן ולתת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את הטיוטה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שאלות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משובים נותנים בכרטיסי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מפרגן ומשוב מקדם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במשחק עושים/לא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התנהגויות של 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פותרים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בכרטיס היציאה?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אחד שישנו בהצגה העצמית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תרגיל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מותאמת ההצגה העצמית לכיתה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מכוונת לראיון למגמה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מכוונת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מכוונת למלגה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עם המראיין נחשב 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עם ידיים משוכלות וראש מושפל נחשבת 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חיוך וישיבה זקופה הן דוגמאות לשפת גוף מקדמת.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הראשון התלמידים כותבים תסריט STAR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נכתב בתחילת השיעור.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בזמן התרגול בזוגות משתמשים ב-__________ כדי למדוד דקה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המיון בשיעור נקרא __________ / לא עושים.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הכרטיס שנכתב בסוף השיעור נקרא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בחלק א׳ של החוברת כותבים טיוטה של __________ עצמית.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משוב בין בני הזוג כולל דבר מפרגן ודבר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בפתיחת השיעור משלימים את המשפט ״ראיון זה __________״.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קשר עין עם המראיין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ידיים משוכלות וראש מושפל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חיוך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מבט בטלפון באמצע 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ישיבה זקופה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שפת גוף מעכבת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למלא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להשלים כרטיס דביק: ראיון זה...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טיוטת הצגה 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לתרגל בזוגות עם טיימר ולקבל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במשחק עושים/לא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מה מראיינים מחפשים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טיוטה של הצגה עצמית בת דקה: מי אתם, מה אתם אוהבים, ומה חוזקה אחת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דברים שמראיינים מחפשים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לשפת גוף מקדמת ואחת לשפת גוף מעכבת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דבר אחד שתשנו בהצגה העצמית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הרושם הראשון וההצגה העצמית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