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הרושם הראשון וההצגה העצמית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מה מראיינים מחפשים בראיון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שפת גוף מקדמת לשפת גוף מעכבת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טיוטה של הצגה עצמית בת דקה ולתרגל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דקה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לתזמן ולתת 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משוב מפרגן ומשוב מקדם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ממיינים התנהגויות של שפת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דבר אחד שישנו בהצגה העצמית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מכוונת לראיון למגמה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קשר עין יוצר רושם של ביטחון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זו דוגמה לשפת גוף מעכבת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הן יוצרות רושם חיובי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שיטת STAR נלמדת בשיעור הבא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הוא נכתב בסוף השיעור, אחרי התרגול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טיימר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הצגה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מקדם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ראיון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שפת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(שפת גוף מקדמת)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(שפת גוף מעכבת)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(שפת גוף מקדמת)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(שפת גוף מעכבת)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(שפת גוף מקדמת)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בשיעור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להשלים כרטיס דביק: ראיון זה...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ללמוד מה מראיינים מחפשים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לשחק במשחק עושים/לא עושים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לכתוב טיוטת הצגה עצמית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לתרגל בזוגות עם טיימר ולקבל 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למלא כרטיס יציאה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כוללת שם, תחום עניין וחוזקה אחת ברורה, בשפה ברורה ומסודרת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שני מאפיינים שמראיינים בודקים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מבחין נכון בין מקדם למעכב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מציע שיפור קונקרטי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משחק המיון במסך ולבקש מתלמיד להדגים בגוף כל התנהגות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לסבב בזמן הכתיבה ולעזור לבחור דוגמה אחת שמראה חוזקה אמיתית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עולים מומלץ להשתמש בארבעת המשפטים הפשוטים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הרושם הראשון וההצגה העצמית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 הזה לומדים מה זה ראיון. לומדים איך לשבת ולהסתכל נכון. כותבים הצגה עצמית קצרה ומתרגלים אותה.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שבה שואלים שאלות כדי להכיר 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רושם ראשון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שאנשים חושבים עלינו בדקות הראשונות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שפת גוף מקדמת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תנועות גוף שעוזרות ליצור רושם טוב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שפת גוף מעכבת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תנועות גוף שפוגעות ברושם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הצגה עצמית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משפטים שמספרים מי אני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משוב מפרגן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חיובי שאומרים לחבר אחרי הצגה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משוב מקדם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הצעה לשיפור שאומרים לחבר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תחום לימודים שבוחרים בתיכון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זמן מדברים בהצגה העצמית?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שלושים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דקה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עושה בן הזוג בתרגול?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לתזמן ולתת משוב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לכתוב את הטיוטה במקומו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לתת ציון מספרי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לשאול שאלות STAR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אילו סוגי משוב נותנים?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משוב מפרגן ומשוב מקדם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ציון מספרי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משוב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המשחק בשיעור?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ממיינים התנהגויות של שפת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פותרים חידות מתמטיקה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כותבים חיבור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משחקים כדורסל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כותבים בסוף השיעור?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 אחד שישנו בהצגה העצמית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תרגיל 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מיוחד בכיתה ט׳?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מכוונת לראיון למגמה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מכוונת לעבודה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מכוונת למלגה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הבדלה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קשר עין עם המראיין נחשב שפת גוף מקדמת.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ישיבה עם ידיים משוכלות וראש מושפל נחשבת שפת גוף מקדמת.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חיוך וישיבה זקופה הן דוגמאות לשפת גוף מקדמת.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בשיעור הראשון התלמידים כותבים תסריט STAR מלא.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היציאה נכתב בתחילת השיעור.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בזמן התרגול בזוגות משתמשים ב-__________ כדי למדוד דקה אחת.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משחק המיון בשיעור נקרא __________ / לא עושים.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הכרטיס שנכתב בסוף השיעור נקרא כרטיס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בחלק א׳ של החוברת כותבים טיוטה של __________ עצמית.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משוב בין בני הזוג כולל דבר מפרגן ודבר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בפתיחת השיעור משלימים את המשפט ״ראיון זה __________״.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התאמה: שפת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קשר עין עם המראיין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שפת גוף מעכבת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ידיים משוכלות וראש מושפל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שפת גוף מעכבת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חיוך קל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שפת גוף מקדמת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מבט בטלפון באמצע השיחה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שפת גוף מקדמת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ישיבה זקופה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שפת גוף מקדמת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הפעולות בשיעור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טיוטת הצגה עצמית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לתרגל בזוגות עם טיימר ולקבל משוב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ללמוד מה מראיינים מחפשים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למלא כרטיס יציאה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לשחק במשחק עושים/לא עושים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להשלים כרטיס דביק: ראיון זה...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טיוטה של הצגה עצמית בת דקה: מי אתם, מה אתם אוהבים, ומה חוזקה אחת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שני דברים שמראיינים מחפשים בראיון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לשפת גוף מקדמת ואחת לשפת גוף מעכבת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דבר אחד שתשנו בהצגה העצמית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הרושם הראשון וההצגה העצמית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