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מראיינים מחפשים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שפת גוף מקדמת לשפת גוף מעכבת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טיוטה של הצגה עצמית בת דקה ולתרגל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משוב מפרגן ומשוב מקדם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ממיינים התנהגויות של שפת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יוצר רושם של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לשפת גוף מעכבת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יוצרות רושם חיובי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(שפת גוף מעכבת)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להשלים כרטיס דביק: ראיון זה...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מה מראיינים 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 במשחק עושים/לא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טיוטת הצגה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שם, תחום עניין וחוזקה אחת ברורה,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שני מאפיינים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נכון בין מקדם למעכב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שיפור קונקרטי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המיון במסך ולבקש מתלמיד להדגים בגוף כל 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לסבב בזמן הכתיבה ולעזור לבחור דוגמה אחת שמראה חוזקה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מומלץ להשתמש בארבעת המשפטים הפשוטים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מהו ראיון, איך שפת גוף משפיעה על הרושם הראשון, ומתרגלים לכתוב ולהציג הצגה עצמית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עושים  ·  טיימר  ·  יציאה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אורכת ההצגה העצמית שמתרגלים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שלושים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משובים נותנים בכרטיסי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משוב מפרגן ומשוב מקדם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במשחק עושים/לא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ממיינים התנהגויות של 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פותרים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חיבור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קשר עין עם המראיין נחשב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ישיבה עם ידיים משוכלות וראש מושפל נחשבת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חיוך וישיבה זקופה הן דוגמאות לשפת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בזמן התרגול בזוגות משתמשים ב-__________ כדי למדוד דקה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משחק המיון בשיעור נקרא __________ / לא עושים.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הכרטיס שנכתב בסוף השיעור נקרא כרטיס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ידיים משוכלות וראש מושפל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מבט בטלפון באמצע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שפת גוף מקדמת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ללמוד מה מראיינים מחפשים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להשלים כרטיס דביק: ראיון זה...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טיוטת הצגה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לשחק במשחק עושים/לא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טיוטה של הצגה עצמית בת דקה: מי אתם, מה אתם אוהבים, ומה חוזקה אחת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דברים שמראיינים מחפשים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לשפת גוף מקדמת ואחת לשפת גוף מעכבת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הרושם הראשון וההצגה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